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КРАТКА МЕДИЦИНСКА ИНФОРМАЦИЯ</w:t>
        <w:br/>
        <w:t>ЗА ДЕТЕ</w:t>
      </w:r>
    </w:p>
    <w:p>
      <w:r>
        <w:t>Име на детето: ..............................................................</w:t>
      </w:r>
    </w:p>
    <w:p>
      <w:r>
        <w:t>Дата на раждане: ..............................................................</w:t>
      </w:r>
    </w:p>
    <w:p>
      <w:r>
        <w:t>Кръвна група (по желание): ..............................................................</w:t>
      </w:r>
    </w:p>
    <w:p>
      <w:r>
        <w:t>Алергии: ....................................................................................</w:t>
      </w:r>
    </w:p>
    <w:p>
      <w:r>
        <w:t>Хранителни ограничения: ..................................................................</w:t>
      </w:r>
    </w:p>
    <w:p>
      <w:r>
        <w:t>Хронични заболявания: ....................................................................</w:t>
      </w:r>
    </w:p>
    <w:p>
      <w:r>
        <w:t>Прием на медикаменти: ....................................................................</w:t>
      </w:r>
    </w:p>
    <w:p>
      <w:r>
        <w:t>Специфични реакции или особености: ..............................................</w:t>
      </w:r>
    </w:p>
    <w:p>
      <w:r>
        <w:t>Нужда от инхалатор/спешен медикамент: ........................................</w:t>
      </w:r>
    </w:p>
    <w:p>
      <w:r>
        <w:t>Личен лекар (по желание): ..............................................................</w:t>
      </w:r>
    </w:p>
    <w:p>
      <w:r>
        <w:t>Телефон за спешна връзка: ..............................................................</w:t>
      </w:r>
    </w:p>
    <w:p>
      <w:r>
        <w:br/>
        <w:t>Декларирам, че предоставената информация е вярна и актуална.</w:t>
      </w:r>
    </w:p>
    <w:p>
      <w:r>
        <w:br/>
        <w:t>Дата: ..................................</w:t>
        <w:br/>
        <w:br/>
        <w:t>Родител/настойник: ..............................................................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