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56D00" w14:textId="77777777" w:rsidR="009B45EF" w:rsidRDefault="00000000">
      <w:pPr>
        <w:jc w:val="center"/>
      </w:pPr>
      <w:r>
        <w:rPr>
          <w:b/>
          <w:sz w:val="30"/>
        </w:rPr>
        <w:t>ДЕКЛАРАЦИЯ</w:t>
      </w:r>
      <w:r>
        <w:rPr>
          <w:b/>
          <w:sz w:val="30"/>
        </w:rPr>
        <w:br/>
        <w:t>ЗА СЪГЛАСИЕ И ПОВЕРЯВАНЕ НА ГРИЖИ</w:t>
      </w:r>
    </w:p>
    <w:p w14:paraId="2DF35B3D" w14:textId="77777777" w:rsidR="009B45EF" w:rsidRDefault="009B45EF"/>
    <w:p w14:paraId="6BFFFC83" w14:textId="77777777" w:rsidR="009B45EF" w:rsidRDefault="00000000">
      <w:r>
        <w:t>Долуподписаният/ата ..............................................................................,</w:t>
      </w:r>
      <w:r>
        <w:br/>
        <w:t>в качеството си на родител / настойник на детето</w:t>
      </w:r>
      <w:r>
        <w:br/>
      </w:r>
      <w:r>
        <w:br/>
        <w:t>.................................................................................................................,</w:t>
      </w:r>
      <w:r>
        <w:br/>
      </w:r>
      <w:r>
        <w:br/>
        <w:t>Телефон на родител: ..............................................................................</w:t>
      </w:r>
      <w:r>
        <w:br/>
        <w:t>Телефон за спешна връзка: .................................................................</w:t>
      </w:r>
      <w:r>
        <w:br/>
      </w:r>
      <w:r>
        <w:br/>
        <w:t>ДЕКЛАРИРАМ, ЧЕ:</w:t>
      </w:r>
    </w:p>
    <w:p w14:paraId="5687271F" w14:textId="77777777" w:rsidR="009B45EF" w:rsidRDefault="00000000">
      <w:pPr>
        <w:pStyle w:val="ListNumber"/>
      </w:pPr>
      <w:r>
        <w:t>Доброволно давам съгласие детето ми да посещава и участва в дейностите на занималня „Малки Великани“. За децата ще полагат грижи преподаватели, упълномощени от управителя на занималнята.</w:t>
      </w:r>
    </w:p>
    <w:p w14:paraId="19F4C215" w14:textId="77777777" w:rsidR="009B45EF" w:rsidRDefault="00000000">
      <w:pPr>
        <w:pStyle w:val="ListNumber"/>
      </w:pPr>
      <w:r>
        <w:t>Съгласен/на съм детето ми да посещава занималнята в периода:</w:t>
      </w:r>
      <w:r>
        <w:br/>
      </w:r>
      <w:r>
        <w:br/>
        <w:t>от .................................. до ..................................,</w:t>
      </w:r>
      <w:r>
        <w:br/>
      </w:r>
      <w:r>
        <w:br/>
        <w:t>при установения вътрешен ред и организация.</w:t>
      </w:r>
    </w:p>
    <w:p w14:paraId="5DC64FBB" w14:textId="77777777" w:rsidR="009B45EF" w:rsidRDefault="00000000">
      <w:pPr>
        <w:pStyle w:val="ListNumber"/>
      </w:pPr>
      <w:r>
        <w:t>Работното време на занималня „Малки Великани“ е от 08:00 ч. до 18:00 ч.</w:t>
      </w:r>
    </w:p>
    <w:p w14:paraId="1BEDAA4D" w14:textId="7AE69D04" w:rsidR="009B45EF" w:rsidRDefault="00000000">
      <w:pPr>
        <w:pStyle w:val="ListNumber"/>
      </w:pPr>
      <w:proofErr w:type="spellStart"/>
      <w:r>
        <w:t>Декларирам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заплащам</w:t>
      </w:r>
      <w:proofErr w:type="spellEnd"/>
      <w:r>
        <w:t xml:space="preserve"> </w:t>
      </w:r>
      <w:proofErr w:type="spellStart"/>
      <w:r>
        <w:t>месечна</w:t>
      </w:r>
      <w:proofErr w:type="spellEnd"/>
      <w:r>
        <w:t xml:space="preserve"> </w:t>
      </w:r>
      <w:proofErr w:type="spellStart"/>
      <w:r>
        <w:t>такса</w:t>
      </w:r>
      <w:proofErr w:type="spellEnd"/>
      <w:r>
        <w:t xml:space="preserve">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3</w:t>
      </w:r>
      <w:r w:rsidR="0029175D">
        <w:t>4</w:t>
      </w:r>
      <w:r>
        <w:t>0 (</w:t>
      </w:r>
      <w:proofErr w:type="spellStart"/>
      <w:r>
        <w:t>триста</w:t>
      </w:r>
      <w:proofErr w:type="spellEnd"/>
      <w:r>
        <w:t xml:space="preserve"> и </w:t>
      </w:r>
      <w:r w:rsidR="0029175D">
        <w:rPr>
          <w:lang w:val="bg-BG"/>
        </w:rPr>
        <w:t>четири</w:t>
      </w:r>
      <w:proofErr w:type="spellStart"/>
      <w:r>
        <w:t>десет</w:t>
      </w:r>
      <w:proofErr w:type="spellEnd"/>
      <w:r>
        <w:t xml:space="preserve">) </w:t>
      </w:r>
      <w:proofErr w:type="spellStart"/>
      <w:r>
        <w:t>евро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предоставяните</w:t>
      </w:r>
      <w:proofErr w:type="spellEnd"/>
      <w:r>
        <w:t xml:space="preserve"> грижи, занимания и обучение.</w:t>
      </w:r>
      <w:r>
        <w:br/>
      </w:r>
      <w:r>
        <w:br/>
        <w:t xml:space="preserve">Основание за плащане: </w:t>
      </w:r>
      <w:r w:rsidR="008A52BB">
        <w:rPr>
          <w:lang w:val="bg-BG"/>
        </w:rPr>
        <w:t>У</w:t>
      </w:r>
      <w:r>
        <w:t>слуга за обучение и посещение на детско частно заведение.</w:t>
      </w:r>
      <w:r>
        <w:br/>
        <w:t>Начин на плащане: по банков път.</w:t>
      </w:r>
      <w:r>
        <w:br/>
        <w:t>Срок за плащане: до 15-то число на текущия месец.</w:t>
      </w:r>
    </w:p>
    <w:p w14:paraId="07AB1EFF" w14:textId="77777777" w:rsidR="009B45EF" w:rsidRDefault="00000000">
      <w:pPr>
        <w:pStyle w:val="ListNumber"/>
      </w:pPr>
      <w:r>
        <w:t>Задължавам се своевременно да уведомявам за здравословни особености, алергии или други важни обстоятелства, свързани с детето.</w:t>
      </w:r>
    </w:p>
    <w:p w14:paraId="4AD0DA01" w14:textId="77777777" w:rsidR="009B45EF" w:rsidRDefault="00000000">
      <w:pPr>
        <w:pStyle w:val="ListNumber"/>
      </w:pPr>
      <w:r>
        <w:t>Давам съгласие при необходимост за детето ми да бъде потърсена спешна медицинска помощ.</w:t>
      </w:r>
    </w:p>
    <w:p w14:paraId="49482923" w14:textId="77777777" w:rsidR="009B45EF" w:rsidRDefault="00000000">
      <w:pPr>
        <w:pStyle w:val="ListNumber"/>
      </w:pPr>
      <w:r>
        <w:t>Давам съгласие детето ми да бъде снимано по време на занимания, занятия, събития и екскурзии, организирани от занималня „Малки Великани“. Снимковият материал ще бъде използван единствено за целите на занималнята.</w:t>
      </w:r>
    </w:p>
    <w:p w14:paraId="705EF635" w14:textId="77777777" w:rsidR="009B45EF" w:rsidRDefault="00000000">
      <w:pPr>
        <w:pStyle w:val="ListNumber"/>
      </w:pPr>
      <w:r>
        <w:t>Давам съгласие детето ми да участва в организирани разходки, посещения и екскурзии, предварително обявени от занималнята.</w:t>
      </w:r>
    </w:p>
    <w:p w14:paraId="06184EF0" w14:textId="23A0D3A3" w:rsidR="009B45EF" w:rsidRPr="00804D6B" w:rsidRDefault="00000000">
      <w:pPr>
        <w:pStyle w:val="ListNumber"/>
      </w:pPr>
      <w:r>
        <w:lastRenderedPageBreak/>
        <w:t xml:space="preserve">Детето ще бъде вземано единствено от родителя/настойника или от предварително </w:t>
      </w:r>
      <w:proofErr w:type="spellStart"/>
      <w:r>
        <w:t>упълномощени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  <w:r w:rsidR="00804D6B">
        <w:rPr>
          <w:lang w:val="bg-BG"/>
        </w:rPr>
        <w:t>......................................</w:t>
      </w:r>
    </w:p>
    <w:p w14:paraId="1EF765E0" w14:textId="08ACB7D7" w:rsidR="00804D6B" w:rsidRDefault="00804D6B" w:rsidP="00804D6B">
      <w:pPr>
        <w:pStyle w:val="ListNumber"/>
        <w:numPr>
          <w:ilvl w:val="0"/>
          <w:numId w:val="0"/>
        </w:numPr>
        <w:ind w:left="360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</w:t>
      </w:r>
    </w:p>
    <w:p w14:paraId="02E77E77" w14:textId="133F74C7" w:rsidR="00804D6B" w:rsidRDefault="00804D6B" w:rsidP="00804D6B">
      <w:pPr>
        <w:pStyle w:val="ListNumber"/>
        <w:numPr>
          <w:ilvl w:val="0"/>
          <w:numId w:val="0"/>
        </w:numPr>
        <w:ind w:left="360"/>
      </w:pPr>
      <w:r>
        <w:rPr>
          <w:lang w:val="bg-BG"/>
        </w:rPr>
        <w:t>.................................................................................................................</w:t>
      </w:r>
    </w:p>
    <w:p w14:paraId="6D98EE14" w14:textId="77777777" w:rsidR="009B45EF" w:rsidRDefault="00000000">
      <w:pPr>
        <w:pStyle w:val="ListNumber"/>
      </w:pPr>
      <w:r>
        <w:t>При наличие на симптоми на заразно заболяване детето не се допуска до посещение на занималнята.</w:t>
      </w:r>
    </w:p>
    <w:p w14:paraId="1EF26B81" w14:textId="77777777" w:rsidR="009B45EF" w:rsidRDefault="00000000">
      <w:pPr>
        <w:pStyle w:val="ListNumber"/>
      </w:pPr>
      <w:r>
        <w:t>Родителят се задължава да спазва работното време на занималнята.</w:t>
      </w:r>
    </w:p>
    <w:p w14:paraId="5512FF9D" w14:textId="77777777" w:rsidR="009B45EF" w:rsidRDefault="00000000">
      <w:pPr>
        <w:pStyle w:val="ListNumber"/>
      </w:pPr>
      <w:r>
        <w:t>Занималнята не носи отговорност за изгубени или повредени лични вещи на детето.</w:t>
      </w:r>
    </w:p>
    <w:p w14:paraId="54E51C60" w14:textId="77777777" w:rsidR="009B45EF" w:rsidRDefault="00000000">
      <w:pPr>
        <w:pStyle w:val="ListNumber"/>
      </w:pPr>
      <w:r>
        <w:t>Декларирам, че предоставената информация е вярна.</w:t>
      </w:r>
    </w:p>
    <w:p w14:paraId="747E6FC1" w14:textId="77777777" w:rsidR="009B45EF" w:rsidRDefault="00000000">
      <w:pPr>
        <w:pStyle w:val="ListNumber"/>
      </w:pPr>
      <w:r>
        <w:t>Личните данни се предоставят единствено за целите на организацията и дейността на занималнята „Малки Великани“.</w:t>
      </w:r>
    </w:p>
    <w:p w14:paraId="319239FF" w14:textId="77777777" w:rsidR="009B45EF" w:rsidRDefault="009B45EF"/>
    <w:p w14:paraId="51C7C147" w14:textId="77777777" w:rsidR="009B45EF" w:rsidRDefault="00000000">
      <w:r>
        <w:t>Контакти на занималня „Малки Великани“:</w:t>
      </w:r>
      <w:r>
        <w:br/>
        <w:t>Управител: Боряна Великова</w:t>
      </w:r>
      <w:r>
        <w:br/>
        <w:t>Телефон: 0898446461</w:t>
      </w:r>
      <w:r>
        <w:br/>
        <w:t>E-mail: malkivelikani@abv.bg</w:t>
      </w:r>
      <w:r>
        <w:br/>
        <w:t>Facebook: Малки Великани</w:t>
      </w:r>
      <w:r>
        <w:br/>
      </w:r>
      <w:r>
        <w:br/>
        <w:t>Банкови данни:</w:t>
      </w:r>
      <w:r>
        <w:br/>
        <w:t>Банка: Allianz Bank</w:t>
      </w:r>
      <w:r>
        <w:br/>
        <w:t>Титуляр: Боряна Великова</w:t>
      </w:r>
      <w:r>
        <w:br/>
        <w:t>IBAN: BG09BUIN95611000785140</w:t>
      </w:r>
    </w:p>
    <w:p w14:paraId="774EB23B" w14:textId="77777777" w:rsidR="009B45EF" w:rsidRDefault="009B45EF"/>
    <w:p w14:paraId="211881CA" w14:textId="77777777" w:rsidR="009B45EF" w:rsidRDefault="00000000">
      <w:r>
        <w:t>Настоящата декларация се подписва в два еднообразни екземпляра — по един за всяка от страните.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9B45EF" w14:paraId="13272615" w14:textId="77777777">
        <w:tc>
          <w:tcPr>
            <w:tcW w:w="4320" w:type="dxa"/>
          </w:tcPr>
          <w:p w14:paraId="4437DBB4" w14:textId="77777777" w:rsidR="009B45EF" w:rsidRDefault="00000000">
            <w:r>
              <w:t>Дата:</w:t>
            </w:r>
          </w:p>
        </w:tc>
        <w:tc>
          <w:tcPr>
            <w:tcW w:w="4320" w:type="dxa"/>
          </w:tcPr>
          <w:p w14:paraId="2DF46082" w14:textId="77777777" w:rsidR="009B45EF" w:rsidRDefault="00000000">
            <w:r>
              <w:t>..............................</w:t>
            </w:r>
          </w:p>
        </w:tc>
      </w:tr>
      <w:tr w:rsidR="009B45EF" w14:paraId="4CCAE461" w14:textId="77777777">
        <w:tc>
          <w:tcPr>
            <w:tcW w:w="4320" w:type="dxa"/>
          </w:tcPr>
          <w:p w14:paraId="5FECB8B6" w14:textId="77777777" w:rsidR="009B45EF" w:rsidRDefault="00000000">
            <w:r>
              <w:t>Родител/настойник:</w:t>
            </w:r>
          </w:p>
        </w:tc>
        <w:tc>
          <w:tcPr>
            <w:tcW w:w="4320" w:type="dxa"/>
          </w:tcPr>
          <w:p w14:paraId="17770A17" w14:textId="77777777" w:rsidR="009B45EF" w:rsidRDefault="00000000">
            <w:r>
              <w:t>Представител на занималнята:</w:t>
            </w:r>
          </w:p>
        </w:tc>
      </w:tr>
      <w:tr w:rsidR="009B45EF" w14:paraId="5B63E803" w14:textId="77777777">
        <w:tc>
          <w:tcPr>
            <w:tcW w:w="4320" w:type="dxa"/>
          </w:tcPr>
          <w:p w14:paraId="1EA836C8" w14:textId="77777777" w:rsidR="009B45EF" w:rsidRDefault="00000000">
            <w:r>
              <w:br/>
            </w:r>
            <w:r>
              <w:br/>
              <w:t>..............................................</w:t>
            </w:r>
            <w:r>
              <w:br/>
              <w:t>/подпис/</w:t>
            </w:r>
          </w:p>
        </w:tc>
        <w:tc>
          <w:tcPr>
            <w:tcW w:w="4320" w:type="dxa"/>
          </w:tcPr>
          <w:p w14:paraId="364A4C75" w14:textId="77777777" w:rsidR="009B45EF" w:rsidRDefault="00000000">
            <w:r>
              <w:br/>
            </w:r>
            <w:r>
              <w:br/>
              <w:t>..............................................</w:t>
            </w:r>
            <w:r>
              <w:br/>
              <w:t>/подпис/</w:t>
            </w:r>
          </w:p>
        </w:tc>
      </w:tr>
    </w:tbl>
    <w:p w14:paraId="22C8AE2F" w14:textId="77777777" w:rsidR="00A058A2" w:rsidRDefault="00A058A2"/>
    <w:sectPr w:rsidR="00A058A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9927787">
    <w:abstractNumId w:val="8"/>
  </w:num>
  <w:num w:numId="2" w16cid:durableId="934897826">
    <w:abstractNumId w:val="6"/>
  </w:num>
  <w:num w:numId="3" w16cid:durableId="972906849">
    <w:abstractNumId w:val="5"/>
  </w:num>
  <w:num w:numId="4" w16cid:durableId="1888371868">
    <w:abstractNumId w:val="4"/>
  </w:num>
  <w:num w:numId="5" w16cid:durableId="48307860">
    <w:abstractNumId w:val="7"/>
  </w:num>
  <w:num w:numId="6" w16cid:durableId="334919537">
    <w:abstractNumId w:val="3"/>
  </w:num>
  <w:num w:numId="7" w16cid:durableId="807356176">
    <w:abstractNumId w:val="2"/>
  </w:num>
  <w:num w:numId="8" w16cid:durableId="94980302">
    <w:abstractNumId w:val="1"/>
  </w:num>
  <w:num w:numId="9" w16cid:durableId="923878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175D"/>
    <w:rsid w:val="0029639D"/>
    <w:rsid w:val="00326F90"/>
    <w:rsid w:val="00520624"/>
    <w:rsid w:val="00804D6B"/>
    <w:rsid w:val="008A52BB"/>
    <w:rsid w:val="009B45EF"/>
    <w:rsid w:val="00A058A2"/>
    <w:rsid w:val="00AA1D8D"/>
    <w:rsid w:val="00B47730"/>
    <w:rsid w:val="00CB0664"/>
    <w:rsid w:val="00E51B40"/>
    <w:rsid w:val="00FC693F"/>
    <w:rsid w:val="00FF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7D2A5A"/>
  <w14:defaultImageDpi w14:val="300"/>
  <w15:docId w15:val="{968F375E-DE41-476C-B959-DA48F796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Боряна Великова</cp:lastModifiedBy>
  <cp:revision>2</cp:revision>
  <dcterms:created xsi:type="dcterms:W3CDTF">2026-05-15T21:02:00Z</dcterms:created>
  <dcterms:modified xsi:type="dcterms:W3CDTF">2026-05-15T21:02:00Z</dcterms:modified>
  <cp:category/>
</cp:coreProperties>
</file>