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EBE58" w14:textId="77777777" w:rsidR="00F724FF" w:rsidRDefault="00000000">
      <w:pPr>
        <w:jc w:val="center"/>
      </w:pPr>
      <w:r>
        <w:rPr>
          <w:b/>
          <w:sz w:val="36"/>
        </w:rPr>
        <w:t>ПРАВИЛНИК</w:t>
      </w:r>
      <w:r>
        <w:rPr>
          <w:b/>
          <w:sz w:val="36"/>
        </w:rPr>
        <w:br/>
        <w:t>НА ЗАНИМАЛНЯ „МАЛКИ ВЕЛИКАНИ“</w:t>
      </w:r>
    </w:p>
    <w:p w14:paraId="34C93C77" w14:textId="77777777" w:rsidR="00F724FF" w:rsidRDefault="00000000">
      <w:pPr>
        <w:jc w:val="center"/>
      </w:pPr>
      <w:r>
        <w:rPr>
          <w:i/>
        </w:rPr>
        <w:t>гр. София, ж.к. Изгрев, ул. Ж. Кюри 44</w:t>
      </w:r>
    </w:p>
    <w:p w14:paraId="27217CDF" w14:textId="77777777" w:rsidR="00F724FF" w:rsidRDefault="00000000">
      <w:r>
        <w:rPr>
          <w:b/>
          <w:sz w:val="28"/>
        </w:rPr>
        <w:t>Добре дошли в „Малки Великани“</w:t>
      </w:r>
    </w:p>
    <w:p w14:paraId="4AC0301B" w14:textId="77777777" w:rsidR="00F724FF" w:rsidRDefault="00000000">
      <w:r>
        <w:t>Добре дошли в занималня „Малки Великани“ — място, в което децата учат, творят, играят и растат в спокойна, подкрепяща и семейна среда. Нашата цел е всяко дете да се чувства сигурно, спокойно и вдъхновено да развива своите знания, умения и таланти.</w:t>
      </w:r>
    </w:p>
    <w:p w14:paraId="4A026562" w14:textId="77777777" w:rsidR="00F724FF" w:rsidRDefault="00000000">
      <w:r>
        <w:rPr>
          <w:b/>
          <w:sz w:val="28"/>
        </w:rPr>
        <w:t>Нашата мисия</w:t>
      </w:r>
    </w:p>
    <w:p w14:paraId="58F837D1" w14:textId="77777777" w:rsidR="00F724FF" w:rsidRDefault="00000000">
      <w:r>
        <w:t>В „Малки Великани“ вярваме, че всяко дете носи в себе си талант, доброта и потенциал да бъде малък великан.</w:t>
      </w:r>
      <w:r>
        <w:br/>
      </w:r>
      <w:r>
        <w:br/>
        <w:t>Нашата мисия е да създадем сигурна, спокойна и вдъхновяваща среда, в която децата да развиват своите знания, увереност, творчество и самостоятелност.</w:t>
      </w:r>
      <w:r>
        <w:br/>
      </w:r>
      <w:r>
        <w:br/>
        <w:t>За нас всяко дете е важно, чуто и подкрепено с внимание, търпение и грижа.</w:t>
      </w:r>
    </w:p>
    <w:p w14:paraId="45823740" w14:textId="77777777" w:rsidR="00F724FF" w:rsidRDefault="00000000">
      <w:r>
        <w:rPr>
          <w:b/>
          <w:sz w:val="28"/>
        </w:rPr>
        <w:t>1. Основна информация</w:t>
      </w:r>
    </w:p>
    <w:p w14:paraId="2F8E626D" w14:textId="77777777" w:rsidR="00F724FF" w:rsidRDefault="00000000">
      <w:r>
        <w:t>• Възрастова група: деца от 6 до 11 години.</w:t>
      </w:r>
      <w:r>
        <w:br/>
        <w:t>• Вид посещения: целодневен престой, месечни и седмични посещения.</w:t>
      </w:r>
      <w:r>
        <w:br/>
        <w:t>• Работно време: от 08:00 ч. до 18:00 ч.</w:t>
      </w:r>
      <w:r>
        <w:br/>
        <w:t>• Адрес: гр. София, ж.к. Изгрев, ул. Ж. Кюри 44.</w:t>
      </w:r>
    </w:p>
    <w:p w14:paraId="0462B0B7" w14:textId="77777777" w:rsidR="00F724FF" w:rsidRDefault="00000000">
      <w:r>
        <w:rPr>
          <w:b/>
          <w:sz w:val="28"/>
        </w:rPr>
        <w:t>2. Организация на дейността</w:t>
      </w:r>
    </w:p>
    <w:p w14:paraId="59220A09" w14:textId="77777777" w:rsidR="00F724FF" w:rsidRDefault="00000000">
      <w:r>
        <w:t>• Поддържащо обучение;</w:t>
      </w:r>
      <w:r>
        <w:br/>
        <w:t>• Подготовка на домашна работа;</w:t>
      </w:r>
      <w:r>
        <w:br/>
        <w:t>• Четене на задължителна литература;</w:t>
      </w:r>
      <w:r>
        <w:br/>
        <w:t>• Образователни игри и дейности;</w:t>
      </w:r>
      <w:r>
        <w:br/>
        <w:t>• Арт терапия;</w:t>
      </w:r>
      <w:r>
        <w:br/>
        <w:t>• Чужд език;</w:t>
      </w:r>
      <w:r>
        <w:br/>
        <w:t>• Логопедична подкрепа;</w:t>
      </w:r>
      <w:r>
        <w:br/>
        <w:t>• КМ и иновации;</w:t>
      </w:r>
      <w:r>
        <w:br/>
        <w:t>• Екскурзии и зелени училища;</w:t>
      </w:r>
      <w:r>
        <w:br/>
        <w:t>• Подготовка за НВО и олимпиади – 4 клас;</w:t>
      </w:r>
      <w:r>
        <w:br/>
        <w:t>• Допълнителни уроци по учебни предмети.</w:t>
      </w:r>
    </w:p>
    <w:p w14:paraId="09E7E5E5" w14:textId="77777777" w:rsidR="00F724FF" w:rsidRDefault="00000000">
      <w:r>
        <w:rPr>
          <w:b/>
          <w:sz w:val="28"/>
        </w:rPr>
        <w:lastRenderedPageBreak/>
        <w:t>3. Транспорт</w:t>
      </w:r>
    </w:p>
    <w:p w14:paraId="206B47E1" w14:textId="77777777" w:rsidR="00F724FF" w:rsidRDefault="00000000">
      <w:r>
        <w:t>През учебно време се осигурява транспорт от и до училище от преподавател или упълномощено лице от екипа на занималнята.</w:t>
      </w:r>
    </w:p>
    <w:p w14:paraId="4EB1335E" w14:textId="77777777" w:rsidR="00F724FF" w:rsidRDefault="00000000">
      <w:r>
        <w:rPr>
          <w:b/>
          <w:sz w:val="28"/>
        </w:rPr>
        <w:t>4. Хранене</w:t>
      </w:r>
    </w:p>
    <w:p w14:paraId="7F0C7290" w14:textId="77777777" w:rsidR="00F724FF" w:rsidRDefault="00000000">
      <w:r>
        <w:t>Занималнята не предлага храна. Децата могат да носят домашно приготвена храна от вкъщи или да ползват кетъринг по избор на родителя.</w:t>
      </w:r>
    </w:p>
    <w:p w14:paraId="1B940137" w14:textId="77777777" w:rsidR="00F724FF" w:rsidRDefault="00000000">
      <w:r>
        <w:rPr>
          <w:b/>
          <w:sz w:val="28"/>
        </w:rPr>
        <w:t>5. Допълнителни дейности</w:t>
      </w:r>
    </w:p>
    <w:p w14:paraId="17FF5B0C" w14:textId="77777777" w:rsidR="00F724FF" w:rsidRDefault="00000000">
      <w:r>
        <w:t>Допълнителните дейности не са включени в основната месечна такса и се организират след предварително записване и уточнение с родител.</w:t>
      </w:r>
    </w:p>
    <w:p w14:paraId="3A549A73" w14:textId="77777777" w:rsidR="00F724FF" w:rsidRDefault="00000000">
      <w:r>
        <w:rPr>
          <w:b/>
          <w:sz w:val="28"/>
        </w:rPr>
        <w:t>6. Здраве и безопасност</w:t>
      </w:r>
    </w:p>
    <w:p w14:paraId="5AB6055E" w14:textId="77777777" w:rsidR="00F724FF" w:rsidRDefault="00000000">
      <w:r>
        <w:t>• Родителите са длъжни да уведомяват за алергии, здравословни особености или други важни обстоятелства.</w:t>
      </w:r>
      <w:r>
        <w:br/>
        <w:t>• При симптоми на заразно заболяване детето не се допуска до занималнята.</w:t>
      </w:r>
      <w:r>
        <w:br/>
        <w:t>• При необходимост родителят следва своевременно да прибере детето.</w:t>
      </w:r>
      <w:r>
        <w:br/>
        <w:t>• При спешен случай занималнята има право да потърси медицинска помощ.</w:t>
      </w:r>
    </w:p>
    <w:p w14:paraId="13F8CDF4" w14:textId="77777777" w:rsidR="00F724FF" w:rsidRDefault="00000000">
      <w:r>
        <w:rPr>
          <w:b/>
          <w:sz w:val="28"/>
        </w:rPr>
        <w:t>7. Вземане на децата</w:t>
      </w:r>
    </w:p>
    <w:p w14:paraId="4B01C535" w14:textId="77777777" w:rsidR="00F724FF" w:rsidRDefault="00000000">
      <w:r>
        <w:t>• Децата се предават единствено на родител/настойник или на предварително упълномощено лице.</w:t>
      </w:r>
      <w:r>
        <w:br/>
        <w:t>• Родителите следва да спазват работното време на занималнята.</w:t>
      </w:r>
      <w:r>
        <w:br/>
        <w:t>• При закъснение е необходимо своевременно уведомяване.</w:t>
      </w:r>
    </w:p>
    <w:p w14:paraId="1DF76B9B" w14:textId="77777777" w:rsidR="00F724FF" w:rsidRDefault="00000000">
      <w:r>
        <w:rPr>
          <w:b/>
          <w:sz w:val="28"/>
        </w:rPr>
        <w:t>8. Снимки, събития и екскурзии</w:t>
      </w:r>
    </w:p>
    <w:p w14:paraId="37E7DB9F" w14:textId="77777777" w:rsidR="00F724FF" w:rsidRDefault="00000000">
      <w:r>
        <w:t>Родителят дава съгласие детето да участва в организирани събития, разходки, екскурзии и зелени училища.</w:t>
      </w:r>
      <w:r>
        <w:br/>
      </w:r>
      <w:r>
        <w:br/>
        <w:t>Снимков материал от дейностите може да бъде използван единствено за целите на занималня „Малки Великани“.</w:t>
      </w:r>
    </w:p>
    <w:p w14:paraId="54E13315" w14:textId="77777777" w:rsidR="00F724FF" w:rsidRDefault="00000000">
      <w:r>
        <w:rPr>
          <w:b/>
          <w:sz w:val="28"/>
        </w:rPr>
        <w:t>9. Такси и плащания</w:t>
      </w:r>
    </w:p>
    <w:p w14:paraId="5E71A20A" w14:textId="77777777" w:rsidR="00F724FF" w:rsidRDefault="00000000">
      <w:r>
        <w:t>• Таксите се заплащат по банков път до 15-то число на текущия месец.</w:t>
      </w:r>
      <w:r>
        <w:br/>
        <w:t>• Депозит може да бъде изискван след предварителна уговорка.</w:t>
      </w:r>
      <w:r>
        <w:br/>
      </w:r>
      <w:r>
        <w:br/>
        <w:t>Банкови данни:</w:t>
      </w:r>
      <w:r>
        <w:br/>
      </w:r>
      <w:r>
        <w:lastRenderedPageBreak/>
        <w:t>Банка: Allianz Bank</w:t>
      </w:r>
      <w:r>
        <w:br/>
        <w:t>Титуляр: Боряна Великова</w:t>
      </w:r>
      <w:r>
        <w:br/>
        <w:t>IBAN: BG09BUIN95611000785140</w:t>
      </w:r>
    </w:p>
    <w:p w14:paraId="48624BAC" w14:textId="77777777" w:rsidR="00F724FF" w:rsidRDefault="00000000">
      <w:r>
        <w:rPr>
          <w:b/>
          <w:sz w:val="28"/>
        </w:rPr>
        <w:t>10. Контакти</w:t>
      </w:r>
    </w:p>
    <w:p w14:paraId="7DFDF0DA" w14:textId="77777777" w:rsidR="00F724FF" w:rsidRDefault="00000000">
      <w:r>
        <w:t>Занималня „Малки Великани“</w:t>
      </w:r>
      <w:r>
        <w:br/>
        <w:t>Адрес: гр. София, ж.к. Изгрев, ул. Ж. Кюри 44</w:t>
      </w:r>
      <w:r>
        <w:br/>
        <w:t>Управител: Боряна Великова</w:t>
      </w:r>
      <w:r>
        <w:br/>
        <w:t>Телефон: 0898446461</w:t>
      </w:r>
      <w:r>
        <w:br/>
        <w:t>E-mail: malkivelikani@abv.bg</w:t>
      </w:r>
      <w:r>
        <w:br/>
        <w:t>Facebook: Малки Великани</w:t>
      </w:r>
    </w:p>
    <w:p w14:paraId="120DE691" w14:textId="77777777" w:rsidR="00F724FF" w:rsidRDefault="00000000">
      <w:pPr>
        <w:jc w:val="center"/>
      </w:pPr>
      <w:r>
        <w:rPr>
          <w:b/>
          <w:sz w:val="26"/>
        </w:rPr>
        <w:t>Благодарим Ви за доверието и за това, че сте част от семейството на „Малки Великани“!</w:t>
      </w:r>
    </w:p>
    <w:sectPr w:rsidR="00F724F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5740741">
    <w:abstractNumId w:val="8"/>
  </w:num>
  <w:num w:numId="2" w16cid:durableId="788427533">
    <w:abstractNumId w:val="6"/>
  </w:num>
  <w:num w:numId="3" w16cid:durableId="2031099449">
    <w:abstractNumId w:val="5"/>
  </w:num>
  <w:num w:numId="4" w16cid:durableId="415054279">
    <w:abstractNumId w:val="4"/>
  </w:num>
  <w:num w:numId="5" w16cid:durableId="548762958">
    <w:abstractNumId w:val="7"/>
  </w:num>
  <w:num w:numId="6" w16cid:durableId="1526796495">
    <w:abstractNumId w:val="3"/>
  </w:num>
  <w:num w:numId="7" w16cid:durableId="298532027">
    <w:abstractNumId w:val="2"/>
  </w:num>
  <w:num w:numId="8" w16cid:durableId="1197742505">
    <w:abstractNumId w:val="1"/>
  </w:num>
  <w:num w:numId="9" w16cid:durableId="1294288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1F2"/>
    <w:rsid w:val="00034616"/>
    <w:rsid w:val="0006063C"/>
    <w:rsid w:val="0015074B"/>
    <w:rsid w:val="0029639D"/>
    <w:rsid w:val="00326F90"/>
    <w:rsid w:val="007876A0"/>
    <w:rsid w:val="00AA1D8D"/>
    <w:rsid w:val="00B47730"/>
    <w:rsid w:val="00CB0664"/>
    <w:rsid w:val="00F724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47D0F3"/>
  <w14:defaultImageDpi w14:val="300"/>
  <w15:docId w15:val="{66A95F71-CEA0-42D5-9C01-34D49597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Боряна Великова</cp:lastModifiedBy>
  <cp:revision>2</cp:revision>
  <dcterms:created xsi:type="dcterms:W3CDTF">2026-05-16T20:38:00Z</dcterms:created>
  <dcterms:modified xsi:type="dcterms:W3CDTF">2026-05-16T20:38:00Z</dcterms:modified>
  <cp:category/>
</cp:coreProperties>
</file>